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5B0" w:rsidRDefault="004F7244">
      <w:pPr>
        <w:pStyle w:val="Title"/>
      </w:pPr>
      <w:r>
        <w:t>AQA A-level Business: Transition Work Pack</w:t>
      </w:r>
    </w:p>
    <w:p w:rsidR="00CF75B0" w:rsidRDefault="004F7244">
      <w:pPr>
        <w:pStyle w:val="Heading1"/>
      </w:pPr>
      <w:bookmarkStart w:id="0" w:name="_GoBack"/>
      <w:bookmarkEnd w:id="0"/>
      <w:r>
        <w:t>Welcome</w:t>
      </w:r>
    </w:p>
    <w:p w:rsidR="00CF75B0" w:rsidRDefault="004F7244">
      <w:r>
        <w:t xml:space="preserve">Welcome to A-level Business! This course will challenge you to think critically about how businesses operate, why they succeed or fail, and how decisions are made in a </w:t>
      </w:r>
      <w:r>
        <w:t>competitive environment.</w:t>
      </w:r>
      <w:r>
        <w:br/>
      </w:r>
      <w:r>
        <w:br/>
        <w:t>To help you prepare, this transition work will introduce some key concepts and build your confidence for the start of the course.</w:t>
      </w:r>
    </w:p>
    <w:p w:rsidR="00CF75B0" w:rsidRDefault="004F7244">
      <w:pPr>
        <w:pStyle w:val="Heading1"/>
      </w:pPr>
      <w:r>
        <w:t>Section 1: Key Business Concepts</w:t>
      </w:r>
    </w:p>
    <w:p w:rsidR="00CF75B0" w:rsidRDefault="004F7244">
      <w:r>
        <w:t>Task 1: Definitions and Research</w:t>
      </w:r>
      <w:r>
        <w:br/>
      </w:r>
      <w:r>
        <w:br/>
        <w:t>Complete the table by researching</w:t>
      </w:r>
      <w:r>
        <w:t xml:space="preserve"> each term and writing a brief definition in your own words: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CF75B0">
        <w:tc>
          <w:tcPr>
            <w:tcW w:w="4320" w:type="dxa"/>
          </w:tcPr>
          <w:p w:rsidR="00CF75B0" w:rsidRDefault="004F7244">
            <w:r>
              <w:t>Term</w:t>
            </w:r>
          </w:p>
        </w:tc>
        <w:tc>
          <w:tcPr>
            <w:tcW w:w="4320" w:type="dxa"/>
          </w:tcPr>
          <w:p w:rsidR="00CF75B0" w:rsidRDefault="004F7244">
            <w:r>
              <w:t>Definition</w:t>
            </w:r>
          </w:p>
        </w:tc>
      </w:tr>
      <w:tr w:rsidR="00CF75B0">
        <w:tc>
          <w:tcPr>
            <w:tcW w:w="4320" w:type="dxa"/>
          </w:tcPr>
          <w:p w:rsidR="00CF75B0" w:rsidRDefault="004F7244">
            <w:r>
              <w:t>Entrepreneur</w:t>
            </w:r>
          </w:p>
        </w:tc>
        <w:tc>
          <w:tcPr>
            <w:tcW w:w="4320" w:type="dxa"/>
          </w:tcPr>
          <w:p w:rsidR="00CF75B0" w:rsidRDefault="00CF75B0"/>
        </w:tc>
      </w:tr>
      <w:tr w:rsidR="00CF75B0">
        <w:tc>
          <w:tcPr>
            <w:tcW w:w="4320" w:type="dxa"/>
          </w:tcPr>
          <w:p w:rsidR="00CF75B0" w:rsidRDefault="004F7244">
            <w:r>
              <w:t>Revenue</w:t>
            </w:r>
          </w:p>
        </w:tc>
        <w:tc>
          <w:tcPr>
            <w:tcW w:w="4320" w:type="dxa"/>
          </w:tcPr>
          <w:p w:rsidR="00CF75B0" w:rsidRDefault="00CF75B0"/>
        </w:tc>
      </w:tr>
      <w:tr w:rsidR="00CF75B0">
        <w:tc>
          <w:tcPr>
            <w:tcW w:w="4320" w:type="dxa"/>
          </w:tcPr>
          <w:p w:rsidR="00CF75B0" w:rsidRDefault="004F7244">
            <w:r>
              <w:t>Profit</w:t>
            </w:r>
          </w:p>
        </w:tc>
        <w:tc>
          <w:tcPr>
            <w:tcW w:w="4320" w:type="dxa"/>
          </w:tcPr>
          <w:p w:rsidR="00CF75B0" w:rsidRDefault="00CF75B0"/>
        </w:tc>
      </w:tr>
      <w:tr w:rsidR="00CF75B0">
        <w:tc>
          <w:tcPr>
            <w:tcW w:w="4320" w:type="dxa"/>
          </w:tcPr>
          <w:p w:rsidR="00CF75B0" w:rsidRDefault="004F7244">
            <w:r>
              <w:t>Market Share</w:t>
            </w:r>
          </w:p>
        </w:tc>
        <w:tc>
          <w:tcPr>
            <w:tcW w:w="4320" w:type="dxa"/>
          </w:tcPr>
          <w:p w:rsidR="00CF75B0" w:rsidRDefault="00CF75B0"/>
        </w:tc>
      </w:tr>
      <w:tr w:rsidR="00CF75B0">
        <w:tc>
          <w:tcPr>
            <w:tcW w:w="4320" w:type="dxa"/>
          </w:tcPr>
          <w:p w:rsidR="00CF75B0" w:rsidRDefault="004F7244">
            <w:r>
              <w:t>Stakeholder</w:t>
            </w:r>
          </w:p>
        </w:tc>
        <w:tc>
          <w:tcPr>
            <w:tcW w:w="4320" w:type="dxa"/>
          </w:tcPr>
          <w:p w:rsidR="00CF75B0" w:rsidRDefault="00CF75B0"/>
        </w:tc>
      </w:tr>
      <w:tr w:rsidR="00CF75B0">
        <w:tc>
          <w:tcPr>
            <w:tcW w:w="4320" w:type="dxa"/>
          </w:tcPr>
          <w:p w:rsidR="00CF75B0" w:rsidRDefault="004F7244">
            <w:r>
              <w:t>Business Objective</w:t>
            </w:r>
          </w:p>
        </w:tc>
        <w:tc>
          <w:tcPr>
            <w:tcW w:w="4320" w:type="dxa"/>
          </w:tcPr>
          <w:p w:rsidR="00CF75B0" w:rsidRDefault="00CF75B0"/>
        </w:tc>
      </w:tr>
      <w:tr w:rsidR="00CF75B0">
        <w:tc>
          <w:tcPr>
            <w:tcW w:w="4320" w:type="dxa"/>
          </w:tcPr>
          <w:p w:rsidR="00CF75B0" w:rsidRDefault="004F7244">
            <w:r>
              <w:t>Fixed Costs</w:t>
            </w:r>
          </w:p>
        </w:tc>
        <w:tc>
          <w:tcPr>
            <w:tcW w:w="4320" w:type="dxa"/>
          </w:tcPr>
          <w:p w:rsidR="00CF75B0" w:rsidRDefault="00CF75B0"/>
        </w:tc>
      </w:tr>
      <w:tr w:rsidR="00CF75B0">
        <w:tc>
          <w:tcPr>
            <w:tcW w:w="4320" w:type="dxa"/>
          </w:tcPr>
          <w:p w:rsidR="00CF75B0" w:rsidRDefault="004F7244">
            <w:r>
              <w:t>Variable Costs</w:t>
            </w:r>
          </w:p>
        </w:tc>
        <w:tc>
          <w:tcPr>
            <w:tcW w:w="4320" w:type="dxa"/>
          </w:tcPr>
          <w:p w:rsidR="00CF75B0" w:rsidRDefault="00CF75B0"/>
        </w:tc>
      </w:tr>
      <w:tr w:rsidR="00CF75B0">
        <w:tc>
          <w:tcPr>
            <w:tcW w:w="4320" w:type="dxa"/>
          </w:tcPr>
          <w:p w:rsidR="00CF75B0" w:rsidRDefault="004F7244">
            <w:r>
              <w:t>Break-even</w:t>
            </w:r>
          </w:p>
        </w:tc>
        <w:tc>
          <w:tcPr>
            <w:tcW w:w="4320" w:type="dxa"/>
          </w:tcPr>
          <w:p w:rsidR="00CF75B0" w:rsidRDefault="00CF75B0"/>
        </w:tc>
      </w:tr>
      <w:tr w:rsidR="00CF75B0">
        <w:tc>
          <w:tcPr>
            <w:tcW w:w="4320" w:type="dxa"/>
          </w:tcPr>
          <w:p w:rsidR="00CF75B0" w:rsidRDefault="004F7244">
            <w:r>
              <w:t>Limited Liability</w:t>
            </w:r>
          </w:p>
        </w:tc>
        <w:tc>
          <w:tcPr>
            <w:tcW w:w="4320" w:type="dxa"/>
          </w:tcPr>
          <w:p w:rsidR="00CF75B0" w:rsidRDefault="00CF75B0"/>
        </w:tc>
      </w:tr>
    </w:tbl>
    <w:p w:rsidR="00CF75B0" w:rsidRDefault="004F7244">
      <w:pPr>
        <w:pStyle w:val="Heading1"/>
      </w:pPr>
      <w:r>
        <w:lastRenderedPageBreak/>
        <w:t xml:space="preserve">Section 2: Basic Business </w:t>
      </w:r>
      <w:r>
        <w:t>Maths</w:t>
      </w:r>
    </w:p>
    <w:p w:rsidR="00CF75B0" w:rsidRDefault="004F7244">
      <w:r>
        <w:t>Task 2: Formula Practice</w:t>
      </w:r>
      <w:r>
        <w:br/>
      </w:r>
      <w:r>
        <w:br/>
        <w:t>Use the formulas provided to answer the questions.</w:t>
      </w:r>
    </w:p>
    <w:p w:rsidR="00CF75B0" w:rsidRDefault="004F7244">
      <w:r>
        <w:t>Key Formulas:</w:t>
      </w:r>
      <w:r>
        <w:br/>
        <w:t>- Revenue = Price × Quantity Sold</w:t>
      </w:r>
      <w:r>
        <w:br/>
        <w:t>- Profit = Revenue – Total Costs</w:t>
      </w:r>
      <w:r>
        <w:br/>
        <w:t>- Total Costs = Fixed Costs + Variable Costs</w:t>
      </w:r>
    </w:p>
    <w:p w:rsidR="00CF75B0" w:rsidRDefault="004F7244">
      <w:pPr>
        <w:pStyle w:val="ListNumber"/>
      </w:pPr>
      <w:r>
        <w:t>1. A bakery sells 500 loaves of bread at £2 eac</w:t>
      </w:r>
      <w:r>
        <w:t>h. What is its revenue?</w:t>
      </w:r>
    </w:p>
    <w:p w:rsidR="00CF75B0" w:rsidRDefault="004F7244">
      <w:pPr>
        <w:pStyle w:val="ListNumber"/>
      </w:pPr>
      <w:r>
        <w:t>2. It has fixed costs of £400 and variable costs of £1 per loaf. What are the total costs?</w:t>
      </w:r>
    </w:p>
    <w:p w:rsidR="00CF75B0" w:rsidRDefault="004F7244">
      <w:pPr>
        <w:pStyle w:val="ListNumber"/>
      </w:pPr>
      <w:r>
        <w:t>3. What is the bakery’s profit?</w:t>
      </w:r>
    </w:p>
    <w:p w:rsidR="00CF75B0" w:rsidRDefault="004F7244">
      <w:pPr>
        <w:pStyle w:val="ListNumber"/>
      </w:pPr>
      <w:r>
        <w:t>4. If the price increases to £2.50 and sales fall to 450 loaves, what is the new revenue?</w:t>
      </w:r>
    </w:p>
    <w:p w:rsidR="00CF75B0" w:rsidRDefault="004F7244">
      <w:pPr>
        <w:pStyle w:val="ListNumber"/>
      </w:pPr>
      <w:r>
        <w:t>5. Use your own exa</w:t>
      </w:r>
      <w:r>
        <w:t>mple to create a mini business scenario and calculate revenue, costs, and profit.</w:t>
      </w:r>
    </w:p>
    <w:p w:rsidR="00CF75B0" w:rsidRDefault="004F7244">
      <w:pPr>
        <w:pStyle w:val="Heading1"/>
      </w:pPr>
      <w:r>
        <w:t>Section 3: Real Business Research</w:t>
      </w:r>
    </w:p>
    <w:p w:rsidR="00CF75B0" w:rsidRDefault="004F7244">
      <w:r>
        <w:t>Task 3: Case Study on a UK Business</w:t>
      </w:r>
      <w:r>
        <w:br/>
      </w:r>
      <w:r>
        <w:br/>
        <w:t>Choose one of the following UK businesses:</w:t>
      </w:r>
      <w:r>
        <w:br/>
        <w:t>- Greggs</w:t>
      </w:r>
      <w:r>
        <w:br/>
        <w:t>- JD Sports</w:t>
      </w:r>
      <w:r>
        <w:br/>
        <w:t>- Tesco</w:t>
      </w:r>
      <w:r>
        <w:br/>
        <w:t>- Innocent Drinks</w:t>
      </w:r>
      <w:r>
        <w:br/>
        <w:t>- BrewDog</w:t>
      </w:r>
    </w:p>
    <w:p w:rsidR="00CF75B0" w:rsidRDefault="004F7244">
      <w:pPr>
        <w:pStyle w:val="ListNumber"/>
      </w:pPr>
      <w:r>
        <w:t xml:space="preserve">1. </w:t>
      </w:r>
      <w:r>
        <w:t>What does this business sell?</w:t>
      </w:r>
    </w:p>
    <w:p w:rsidR="00CF75B0" w:rsidRDefault="004F7244">
      <w:pPr>
        <w:pStyle w:val="ListNumber"/>
      </w:pPr>
      <w:r>
        <w:t>2. Who is their target market?</w:t>
      </w:r>
    </w:p>
    <w:p w:rsidR="00CF75B0" w:rsidRDefault="004F7244">
      <w:pPr>
        <w:pStyle w:val="ListNumber"/>
      </w:pPr>
      <w:r>
        <w:t>3. What makes their business successful?</w:t>
      </w:r>
    </w:p>
    <w:p w:rsidR="00CF75B0" w:rsidRDefault="004F7244">
      <w:pPr>
        <w:pStyle w:val="ListNumber"/>
      </w:pPr>
      <w:r>
        <w:t>4. What challenges have they faced in recent years?</w:t>
      </w:r>
    </w:p>
    <w:p w:rsidR="00CF75B0" w:rsidRDefault="004F7244">
      <w:pPr>
        <w:pStyle w:val="ListNumber"/>
      </w:pPr>
      <w:r>
        <w:t>5. What is their most recent financial performance (revenue or profit)?</w:t>
      </w:r>
    </w:p>
    <w:p w:rsidR="00CF75B0" w:rsidRDefault="004F7244">
      <w:r>
        <w:t>Use websites such as:</w:t>
      </w:r>
      <w:r>
        <w:br/>
        <w:t>- www.bb</w:t>
      </w:r>
      <w:r>
        <w:t>c.co.uk/news/business</w:t>
      </w:r>
      <w:r>
        <w:br/>
        <w:t>- www.theguardian.com/business</w:t>
      </w:r>
      <w:r>
        <w:br/>
        <w:t>- www.ft.com</w:t>
      </w:r>
      <w:r>
        <w:br/>
        <w:t>- The company’s own website (look at 'Investors' or 'About Us')</w:t>
      </w:r>
    </w:p>
    <w:p w:rsidR="00CF75B0" w:rsidRDefault="004F7244">
      <w:pPr>
        <w:pStyle w:val="Heading1"/>
      </w:pPr>
      <w:r>
        <w:lastRenderedPageBreak/>
        <w:t>Section 4: Current Business News</w:t>
      </w:r>
    </w:p>
    <w:p w:rsidR="00CF75B0" w:rsidRDefault="004F7244">
      <w:r>
        <w:t>Task 4: Business in the News</w:t>
      </w:r>
      <w:r>
        <w:br/>
      </w:r>
      <w:r>
        <w:br/>
        <w:t>Find one recent business news story and summarise it:</w:t>
      </w:r>
    </w:p>
    <w:p w:rsidR="00CF75B0" w:rsidRDefault="004F7244">
      <w:r>
        <w:t>Headline:</w:t>
      </w:r>
      <w:r>
        <w:br/>
        <w:t>Date:</w:t>
      </w:r>
      <w:r>
        <w:br/>
        <w:t>Source:</w:t>
      </w:r>
      <w:r>
        <w:br/>
        <w:t>Summary (50–100 words):</w:t>
      </w:r>
      <w:r>
        <w:br/>
        <w:t>Why do you think this story is important?</w:t>
      </w:r>
    </w:p>
    <w:p w:rsidR="00CF75B0" w:rsidRDefault="004F7244">
      <w:pPr>
        <w:pStyle w:val="Heading1"/>
      </w:pPr>
      <w:r>
        <w:t>Section 5: Think Like a Business Student</w:t>
      </w:r>
    </w:p>
    <w:p w:rsidR="00CF75B0" w:rsidRDefault="004F7244">
      <w:r>
        <w:t>Task 5: Answer the following questions in 100–150 words each:</w:t>
      </w:r>
    </w:p>
    <w:p w:rsidR="00CF75B0" w:rsidRDefault="004F7244">
      <w:pPr>
        <w:pStyle w:val="ListNumber"/>
      </w:pPr>
      <w:r>
        <w:t>1. Why do businesses exist?</w:t>
      </w:r>
    </w:p>
    <w:p w:rsidR="00CF75B0" w:rsidRDefault="004F7244">
      <w:pPr>
        <w:pStyle w:val="ListNumber"/>
      </w:pPr>
      <w:r>
        <w:t>2. What makes a good entrepreneur?</w:t>
      </w:r>
    </w:p>
    <w:p w:rsidR="00CF75B0" w:rsidRDefault="004F7244">
      <w:pPr>
        <w:pStyle w:val="ListNumber"/>
      </w:pPr>
      <w:r>
        <w:t>3. Why do</w:t>
      </w:r>
      <w:r>
        <w:t xml:space="preserve"> some businesses fail?</w:t>
      </w:r>
    </w:p>
    <w:p w:rsidR="00CF75B0" w:rsidRDefault="004F7244">
      <w:pPr>
        <w:pStyle w:val="ListNumber"/>
      </w:pPr>
      <w:r>
        <w:t>4. Why is customer service important?</w:t>
      </w:r>
    </w:p>
    <w:p w:rsidR="00CF75B0" w:rsidRDefault="004F7244">
      <w:pPr>
        <w:pStyle w:val="Heading1"/>
      </w:pPr>
      <w:r>
        <w:t>Submission Checklist</w:t>
      </w:r>
    </w:p>
    <w:p w:rsidR="00CF75B0" w:rsidRDefault="004F7244">
      <w:r>
        <w:t>✅</w:t>
      </w:r>
      <w:r>
        <w:t xml:space="preserve"> Ensure the following are complete:</w:t>
      </w:r>
    </w:p>
    <w:p w:rsidR="00CF75B0" w:rsidRDefault="004F7244">
      <w:r>
        <w:t>[ ] All tasks completed</w:t>
      </w:r>
    </w:p>
    <w:p w:rsidR="00CF75B0" w:rsidRDefault="004F7244">
      <w:r>
        <w:t>[ ] Business case study written</w:t>
      </w:r>
    </w:p>
    <w:p w:rsidR="00CF75B0" w:rsidRDefault="004F7244">
      <w:r>
        <w:t>[ ] News story found and summarised</w:t>
      </w:r>
    </w:p>
    <w:p w:rsidR="00CF75B0" w:rsidRDefault="004F7244">
      <w:r>
        <w:t>[ ] Maths questions answered</w:t>
      </w:r>
    </w:p>
    <w:p w:rsidR="00CF75B0" w:rsidRDefault="004F7244">
      <w:r>
        <w:t>[ ] Reflective w</w:t>
      </w:r>
      <w:r>
        <w:t>riting completed</w:t>
      </w:r>
    </w:p>
    <w:p w:rsidR="00CF75B0" w:rsidRDefault="004F7244">
      <w:r>
        <w:br/>
      </w:r>
      <w:r>
        <w:t>📅</w:t>
      </w:r>
      <w:r>
        <w:t xml:space="preserve"> Deadline: First day of the Autumn Term</w:t>
      </w:r>
      <w:r>
        <w:br/>
        <w:t>Please bring your completed transition work with you to your first Business lesson.</w:t>
      </w:r>
    </w:p>
    <w:sectPr w:rsidR="00CF75B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F7244"/>
    <w:rsid w:val="00AA1D8D"/>
    <w:rsid w:val="00B47730"/>
    <w:rsid w:val="00CB0664"/>
    <w:rsid w:val="00CF75B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6F5591"/>
  <w14:defaultImageDpi w14:val="300"/>
  <w15:docId w15:val="{0A3D44AB-E9F1-4B58-A472-40C7F72F2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B587033-FB8B-4D4E-810C-7418EE689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DannellR</cp:lastModifiedBy>
  <cp:revision>2</cp:revision>
  <dcterms:created xsi:type="dcterms:W3CDTF">2025-06-30T12:28:00Z</dcterms:created>
  <dcterms:modified xsi:type="dcterms:W3CDTF">2025-06-30T12:28:00Z</dcterms:modified>
  <cp:category/>
</cp:coreProperties>
</file>